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זמנים ורשימות בדיקה לעיתון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על העיתון הספרותי לאורך שישה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ברשימות הבדיקה של כל חלקי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נקודות הבדיקה החשובות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לוח הזמנים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שבוע 1: השקת המערכת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הצגת הנושא בשתי דקות והסבר הקשר לכל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תוכן שבוע 6, יוצאים לדפוס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ברשימת הבדיקה של הכתבה המרכזית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שבוע לפעילות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(היכרות עם המשימה והרכבת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(בחירת נושא וניסוחו כשאלה פתוחה)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(בניית טבלת מקורות ושרטוט עמוד העיתון)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העבודה בעיתון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השקת המערכת והרכבת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מציאת הנושא וניסוחו כשאלה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בניית שולחן המקורות ושרטוט העמוד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דפוס ראשון - טיוטות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הבדיקה עוזרת למורה לוודא שהצוות מתקדם כמו שצריך, ונותנת הזדמנות לקבל משוב לפני שממשיכים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שישה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אמצע - טבלת מקורות ותוכנית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כותרת ראשית וכותרת משנה, או פירמידה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לוח הזמנים כקיר כיתתי ולסמן יחד איפה כל צוות נמצא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רשימות הבדיקה בקול לפני תחילת כל שבוע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קצר לכל צוות לדווח בעל פה על התקדמותו מול נקודת הבדיקה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זמנים ורשימות בדיקה לעיתון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העבודה על העיתון הספרותי בנויה משישה שבועות, כשבכל שבוע יש משימות ונקודת בדיקה מול המורה. רשימות הבדיקה עוזרות לוודא שכל חלק בעיתון שלם ומדויק.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פירמידה  ·  למה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לוח הזמנים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שבוע מרכיבים התלמידים את הצוות ומחלקים תפקידים?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שבוע 1: השקת המערכת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שבוע 3: שולחן המקורות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שבוע 5: ישיבת מערכת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נקודת הבדיקה של שבוע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חתימה על רשימת בדיקה 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הצגת הנושא בשתי דקות והסבר הקשר לכל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בדיקת טבלת מקורות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בשבוע 6 התלמידים עורכים עריכה לשונית ובודקים את מספרי המילים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הצ'ק-ליסט, הכתבה המרכזית צריכה להיות בנויה כפירמידה הפוכה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הליד בכתבה המרכזית עונה על השאלות מי, מה, מתי, איפה, __________ ואיך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הכתבה המרכזית בנויה כ__________ הפוכה, כך שהעיקר מופיע בהתחלה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שבוע לפעילות המרכזית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שבוע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בניית טבלת מקורות ושרטוט עמוד העיתון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שבוע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היכרות עם המשימה והרכבת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שבוע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בחירת נושא וניסוחו כשאלה פתוחה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 העבודה בעיתון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בניית שולחן המקורות ושרטוט העמוד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דפוס ראשון - טיוטות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מציאת הנושא וניסוחו כשאלה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השקת המערכת והרכבת הצוות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תפקידה של נקודת הבדיקה בכל שבוע? הסבירו בשתי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שבועות אורכת העבודה על העיתון?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בודקים בנקודת הבדיקה של שבוע 3?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זמנים ורשימות בדיקה לעיתון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