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על העיתון הספרותי לאורך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ברשימות הבדיקה של כל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נקודות הבדיקה החשובות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לוח הזמנים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שבוע 1: השקת המערכת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הצגת הנושא בשתי דקות והסבר הקשר לכל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טבלת מקורות עם ציטוטים מדויקים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טיוטה של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ישיבת מערכת ודיון עורכים מתועד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תוכן שבוע 6, יוצאים לדפוס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נקודת הבדיקה של שבוע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ברשימת הבדיקה של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ברשימת הבדיקה נכתב שכל כתבת משנה צריכה להיות מסוג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שבוע לפעילות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(היכרות עם המשימה והרכבת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(בחירת נושא וניסוחו כשאלה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(בניית טבלת מקורות ושרטוט עמוד העיתון)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(כתיבת טיוטות ראשונות של הכתבות)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(ישיבת מערכת ומשוב עמיתים)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השקת המערכת והרכבת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מציאת הנושא וניסוחו כשאלה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שולחן המקורות ושרטוט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דפוס ראשון - טיוטות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ישיבת מערכת וכתיבת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עריכה אחרונה ויציאה לדפוס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הבדיקה עוזרת למורה לוודא שהצוות מתקדם כמו שצריך, ונותנת הזדמנות לקבל משוב לפני שממשיכים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אמצע - טבלת מקורות ותוכנית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כותרת ראשית וכותרת משנה, או פירמידה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הזמנים כקיר כיתתי ולסמן יחד איפה כל צוות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רשימות הבדיקה בקול לפני תחילת כל שבוע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קצר לכל צוות לדווח בעל פה על התקדמותו מול נקודת הבדיקה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העבודה על העיתון הספרותי בנויה משישה שבועות, כשבכל שבוע יש משימות ונקודת בדיקה מול המורה. רשימות הבדיקה עוזרות לוודא שכל חלק בעיתון שלם ומדויק.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לוח הזמנים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שבוע מרכיבים התלמידים את הצוות ומחלקים 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1: השקת המערכת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 3: שולחן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5: ישיבת 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6: יוצאים לדפוס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נקודת הבדיקה של שבוע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חתימה על רשימת בדיקה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בשתי דקות והסבר הקשר לכל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טבלת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על טיוטה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בונים התלמידים בשבוע 3, שולחן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מקורות עם ציטוטים מדויקים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עמיתים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התלמידים לראשונה בשבוע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טיוטה של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בדיקה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דיון עורכים מתועד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מתקיים בשבוע 5, ישיבת מערכת?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הרכבת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ישיבת מערכת ודיון עורכים מתועד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חוזרת של היצירות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6 התלמידים עורכים עריכה לשונית ובודקים את מספרי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הבדיקה בשבוע 1 היא הצגת הנושא בשתי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הצ'ק-ליסט, הכתבה המרכזית צריכה להיות בנויה כפירמידה הפוכה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כתבת משנה בצוות צריכה להיות מאותו סוג 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בכתבה המרכזית עונה על השאלות מי, מה, מתי, איפה, __________ ואיך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הכתבה המרכזית בנויה כ__________ הפוכה, כך שהעיקר מופיע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אורך הכתבה המרכזית הוא כ-400 עד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בדבר העורכים צריכה להופיע תובנה __________ אחת וברורה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שבוע לפעילות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שבוע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בחירת נושא וניסוחו כשאלה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שבוע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טיוטות ראשונות של הכתבות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שבוע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ישיבת מערכת ומשוב עמיתים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בניית טבלת מקורות ושרטוט עמוד העיתון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שבוע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היכרות עם המשימה והרכבת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העבודה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שולחן המקורות ושרטוט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דפוס ראשון - טיוטות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הנושא וניסוחו כשאלה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ישיבת מערכת וכתיבת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עריכה אחרונה ויציאה לדפוס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השקת המערכת והרכבת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תפקידה של נקודת הבדיקה בכל שבוע?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שבועות אורכת העבודה על העיתון?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בנקודת הבדיקה של שבוע 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פריט אחד מרשימת הבדיקה של הכתבה המרכזית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זמנים ורשימות בדיקה לעיתון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